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פעלים מגזרות הנחים: ל"ה/י, פ"י/ו, ע"ו/י וחסרי פ"נ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את האות הנעלמת או הנבלעת בשורש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בשיטת הבלש כדי לחשוף שורש חסר בפועל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שיטת הבלש – סדר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לזהות את הפועל ואת זמן הפעולה שבו הוא מופיע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לחפש צורות נוספות של אותו פועל בבניינים או בזמנים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לאתר את שתי האותיות הקבועות שחוזרות בכל הצורות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לשער איזו אות נעלמה או התחלפה (י, ו, ה או נ)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זיהוי 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ע"ו/י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למשל בנה, שורשו ב-נ-י, אבל נכתב עם ה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האות נ נבלעת באות שאחריה בצורת העתיד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האות או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התאמת פועל לגזרה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(ל"ה/י)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(חסרי פ"נ)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 את הפועל, מחפשים צורות נוספות שלו, מוצאים את האותיות הקבועות ומשערים איזו אות נעלמה או התחלפה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האות הראשונה בשורש, י או 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נפל, נתן או נסע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הפועל ואת זמן הפעולה שבו הוא מופיע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יחידה בדוגמה אחת מהלוח ולתרגל יחד את חמשת צעדי שיטת הבלש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לזוגות בחלק ההתאמה כדי לעודד דיון על זיהוי הגזרה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בפריטים המסומנים כקשים אפשר להציע רמז של פועל נוסף מאותה גזרה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בפעלים מסוימים אחת מאותיות השורש נעלמת, מתחלפת או נבלעת. בדף הזה תתרגלו לזהות את הגזרה ואת האות החסרה בעזרת שיטת הבלש.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ו  ·  בנה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שיטת הבלש – סדר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לחפש צורות נוספות של אותו פועל בבניינים או בזמנים אחרים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לאתר את שתי האותיות הקבועות שחוזרות בכל הצורות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לשער איזו אות נעלמה או התחלפה (י, ו, ה או נ)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לזהות את הפועל ואת זמן הפעולה שבו הוא מופיע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זיהוי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לאיזו גזרה שייך הפועל "בנה"?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לאיזו גזרה שייך הפועל "קם"?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ל"ה/י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ל"ה/י האות האחרונה בשורש היא י, גם אם בכתיב נראית ה בסוף המילה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בפועל נתן האות נ נבלעת בחלק מהצורות, למשל בעתיד ייתן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האות או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בפועל "__________" (שורשו ב-נ-י) האות האחרונה היא י למרות שבכתיב רואים 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בפועל "קם" (שורשו ק-ו-ם) האות הנעלמת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התאמת פועל לגזרה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חסרי פ"נ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ע"ו/י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ל"ה/י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נגע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פ"י/ו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בשניים-שלושה משפטים מהי שיטת הבלש לאיתור שורש חסר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האות הנעלמת בגזרת פ"י/ו?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לפועל מגזרת חסרי פ"נ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השורש – גזרות הנחים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