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פעלים מגזרות הנחים: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את האות הנעלמת או הנבלעת בשורש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בשיטת הבלש כדי לחשוף שורש חסר בפועל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שיטת הבלש – סדר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הפועל ואת זמן הפעולה שבו הוא מופיע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לחפש צורות נוספות של אותו פועל בבניינים או בזמנים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לאתר את שתי האותיות הקבועות שחוזרות בכל הצורות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לשער איזו אות נעלמה או התחלפה (י, ו, ה או 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לבדוק את ההשערה מול פועל דומה מאותה גזרה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חסרי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ל"ה/י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פ"י/ו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למשל בנה, שורשו ב-נ-י, אבל נכתב עם ה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באות הנעלמת היא האות האמצעית, למשל קום,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 נ נבלעת באות שאחריה בצורת העתיד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הנחה בגזרה זו היא הראשונה בשורש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האות או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ייפול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(ל"ה/י)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(חסרי 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הפועל, מחפשים צורות נוספות שלו, מוצאים את האותיות הקבועות ומשערים איזו אות נעלמה או התחלפה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קם – שורשו ק-ו-ם; שר – שורשו ש-י-ר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האות הראשונה בשורש, י או 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נפל, נתן או נסע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הפועל ואת זמן הפעולה שבו הוא מופיע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יחידה בדוגמה אחת מהלוח ולתרגל יחד את חמשת צעדי שיטת הבלש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לזוגות בחלק ההתאמה כדי לעודד דיון על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בפריטים המסומנים כקשים אפשר להציע רמז של פועל נוסף מאותה גזרה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פעלים שבהם אות אחת מהשורש נעלמת או משתנה. בדף הזה נלמד למצוא איזו אות חסרה ולאיזו קבוצה (גזרה) שייך הפועל.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שורש שנעלמת או מתחלפת בחלק מצורות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גזרת ל"ה/י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השלישית בשורש (י) נעלמת או נראית כה בסוף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גזרת 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(י או ו) נעלמת בחלק מהזמנים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גזרת 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(ו או י) נעלמת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חסרי פ"נ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(נ) נבלעת באות שאחריה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שיטת הבלש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שיטתית בחמישה צעדים למציאת אות שורש חסרה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(או יותר) שמהן בנוי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מוטה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שיטת הבלש – סדר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לאתר את שתי האותיות הקבועות שחוזרות בכל הצורות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לזהות את הפועל ואת זמן הפעולה שבו הוא מופיע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ההשערה מול פועל דומה מאותה גזרה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צורות נוספות של אותו פועל בבניינים או בזמנים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לשער איזו אות נעלמה או התחלפה (י, ו, ה או נ)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הפועל בנה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הפועל ישב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הפועל קם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הפועל נפל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הפועל קנה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הפועל ירד שייך לאיזו 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חסרי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ע"ו/י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ל"ה/י האות האחרונה בשורש היא י, גם אם בכתיב נראית ה בסוף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ע"ו/י האות הנעלמת היא תמיד האות הראשונה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בפועל נתן האות נ נבלעת בחלק מהצורות, למשל בעתיד ייתן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הנחה היא תמיד האות האחרונה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האות או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בפועל "__________" (שורשו ב-נ-י) האות האחרונה היא י למרות שבכתיב רואים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"ישב" שייך לגזרת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בפועל "קם" (שורשו ק-ו-ם) האות הנעלמת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בעתיד הפועל "נפל" הופך ל-"__________" והאות נ נבלעת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התאמת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חסרי פ"נ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ל"ה/י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בשניים-שלושה משפטים מהי שיטת הבלש לאיתור שורש חסר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פועל אחד מגזרת ע"ו/י וכתבו מהו השורש המלא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האות הנעלמת בגזרת פ"י/ו?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מגזרת חסרי פ"נ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בשיטת הבלש?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